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94F74" w14:textId="77777777" w:rsidR="007730F0" w:rsidRDefault="00841F63">
      <w:pPr>
        <w:pStyle w:val="Title"/>
      </w:pPr>
      <w:r>
        <w:t>BAA Weekly Rollout Checklist</w:t>
      </w:r>
    </w:p>
    <w:p w14:paraId="581A0515" w14:textId="7947880D" w:rsidR="007730F0" w:rsidRDefault="00841F63">
      <w:pPr>
        <w:pStyle w:val="Heading1"/>
      </w:pPr>
      <w:r>
        <w:t>Week 1</w:t>
      </w:r>
      <w:r>
        <w:br/>
        <w:t>(Sept 2</w:t>
      </w:r>
      <w:r w:rsidR="0067355D">
        <w:t>7</w:t>
      </w:r>
      <w:r>
        <w:t>)</w:t>
      </w:r>
    </w:p>
    <w:p w14:paraId="7941DEDA" w14:textId="77777777" w:rsidR="007730F0" w:rsidRDefault="00841F63">
      <w:pPr>
        <w:pStyle w:val="IntenseQuote"/>
      </w:pPr>
      <w:r>
        <w:t>Focus: Campaign Launch</w:t>
      </w:r>
    </w:p>
    <w:p w14:paraId="6F0F446F" w14:textId="77777777" w:rsidR="007730F0" w:rsidRDefault="00841F63">
      <w:pPr>
        <w:pStyle w:val="ListBullet"/>
      </w:pPr>
      <w:r>
        <w:t>• Read the Bishop’s Letter</w:t>
      </w:r>
    </w:p>
    <w:p w14:paraId="37C13E40" w14:textId="77777777" w:rsidR="007730F0" w:rsidRDefault="00841F63">
      <w:pPr>
        <w:pStyle w:val="ListBullet"/>
      </w:pPr>
      <w:r>
        <w:t>• Play campaign video</w:t>
      </w:r>
    </w:p>
    <w:p w14:paraId="0B7DF4B2" w14:textId="77777777" w:rsidR="007730F0" w:rsidRDefault="00841F63">
      <w:pPr>
        <w:pStyle w:val="ListBullet"/>
      </w:pPr>
      <w:r>
        <w:t>• Include Prayers of the Faithful</w:t>
      </w:r>
    </w:p>
    <w:p w14:paraId="7A21032A" w14:textId="7B2AE81E" w:rsidR="007730F0" w:rsidRDefault="00841F63">
      <w:pPr>
        <w:pStyle w:val="ListBullet"/>
      </w:pPr>
      <w:r>
        <w:t xml:space="preserve">• Bulletin insert (ministry </w:t>
      </w:r>
      <w:r w:rsidR="008904EF">
        <w:t>letter and Bishop’s letter with the donation form on the back</w:t>
      </w:r>
      <w:r>
        <w:t>)</w:t>
      </w:r>
    </w:p>
    <w:p w14:paraId="5F834C6E" w14:textId="77777777" w:rsidR="007730F0" w:rsidRDefault="00841F63">
      <w:pPr>
        <w:pStyle w:val="ListBullet"/>
      </w:pPr>
      <w:r>
        <w:t>• Set up parish BAA table with: newsletters, donation forms, poster with QR code</w:t>
      </w:r>
    </w:p>
    <w:p w14:paraId="4B1800A3" w14:textId="5AF9A841" w:rsidR="007730F0" w:rsidRDefault="00841F63">
      <w:pPr>
        <w:pStyle w:val="ListBullet"/>
      </w:pPr>
      <w:r>
        <w:t>• Promote online resources (</w:t>
      </w:r>
      <w:hyperlink r:id="rId9" w:history="1">
        <w:r w:rsidR="008904EF" w:rsidRPr="00115291">
          <w:rPr>
            <w:rStyle w:val="Hyperlink"/>
          </w:rPr>
          <w:t>www.dscf.ca</w:t>
        </w:r>
      </w:hyperlink>
      <w:r>
        <w:t>)</w:t>
      </w:r>
    </w:p>
    <w:p w14:paraId="041B582A" w14:textId="0C1E4E93" w:rsidR="008904EF" w:rsidRDefault="008904EF">
      <w:pPr>
        <w:pStyle w:val="ListBullet"/>
      </w:pPr>
      <w:r>
        <w:t>Email your database the newsletter, bishop’s letter, or language specific letter</w:t>
      </w:r>
    </w:p>
    <w:p w14:paraId="483BF388" w14:textId="15687C9D" w:rsidR="008904EF" w:rsidRDefault="008904EF">
      <w:pPr>
        <w:pStyle w:val="ListBullet"/>
      </w:pPr>
      <w:r>
        <w:t>Email video to your database</w:t>
      </w:r>
    </w:p>
    <w:p w14:paraId="72DD3D89" w14:textId="7D9AB484" w:rsidR="007730F0" w:rsidRDefault="00841F63">
      <w:pPr>
        <w:pStyle w:val="Heading1"/>
      </w:pPr>
      <w:r>
        <w:t>Week 2</w:t>
      </w:r>
      <w:r>
        <w:br/>
        <w:t xml:space="preserve">(Oct </w:t>
      </w:r>
      <w:r w:rsidR="0067355D">
        <w:t>3/4</w:t>
      </w:r>
      <w:r>
        <w:t>)</w:t>
      </w:r>
    </w:p>
    <w:p w14:paraId="2C8EA62F" w14:textId="5195036D" w:rsidR="007730F0" w:rsidRDefault="00841F63">
      <w:pPr>
        <w:pStyle w:val="IntenseQuote"/>
      </w:pPr>
      <w:r>
        <w:t xml:space="preserve">Focus: </w:t>
      </w:r>
      <w:r w:rsidR="0067355D">
        <w:t>sending information out</w:t>
      </w:r>
    </w:p>
    <w:p w14:paraId="778A24D3" w14:textId="77777777" w:rsidR="007730F0" w:rsidRDefault="00841F63">
      <w:pPr>
        <w:pStyle w:val="ListBullet"/>
      </w:pPr>
      <w:r>
        <w:t>• Play extended ministry testimonial videos</w:t>
      </w:r>
    </w:p>
    <w:p w14:paraId="09B3A4FF" w14:textId="77777777" w:rsidR="007730F0" w:rsidRDefault="00841F63">
      <w:pPr>
        <w:pStyle w:val="ListBullet"/>
      </w:pPr>
      <w:r>
        <w:t>• Include Prayers of the Faithful</w:t>
      </w:r>
    </w:p>
    <w:p w14:paraId="4BCD854E" w14:textId="77777777" w:rsidR="007730F0" w:rsidRDefault="00841F63">
      <w:pPr>
        <w:pStyle w:val="ListBullet"/>
      </w:pPr>
      <w:r>
        <w:t>• Replenish BAA table resources</w:t>
      </w:r>
    </w:p>
    <w:p w14:paraId="267FE3CB" w14:textId="1C2AD3A9" w:rsidR="007730F0" w:rsidRDefault="00841F63">
      <w:pPr>
        <w:pStyle w:val="ListBullet"/>
      </w:pPr>
      <w:r>
        <w:t>• Use bulletin insert</w:t>
      </w:r>
      <w:r w:rsidR="008904EF">
        <w:t xml:space="preserve"> –</w:t>
      </w:r>
      <w:r w:rsidR="0067355D">
        <w:t xml:space="preserve"> Bishop’s Letter/</w:t>
      </w:r>
      <w:r w:rsidR="00543A99">
        <w:t>donation</w:t>
      </w:r>
      <w:r w:rsidR="0067355D">
        <w:t xml:space="preserve"> form</w:t>
      </w:r>
    </w:p>
    <w:p w14:paraId="1352B026" w14:textId="28817E96" w:rsidR="007730F0" w:rsidRDefault="00841F63">
      <w:pPr>
        <w:pStyle w:val="ListBullet"/>
      </w:pPr>
      <w:r>
        <w:t>• Optional: Invite a ministry speaker</w:t>
      </w:r>
    </w:p>
    <w:p w14:paraId="0AE1F8EB" w14:textId="590387C1" w:rsidR="008904EF" w:rsidRDefault="008904EF">
      <w:pPr>
        <w:pStyle w:val="ListBullet"/>
      </w:pPr>
      <w:r>
        <w:t>Email database</w:t>
      </w:r>
      <w:r w:rsidR="0067355D">
        <w:t xml:space="preserve"> – not with the bulletin</w:t>
      </w:r>
    </w:p>
    <w:p w14:paraId="663C6DA1" w14:textId="2A9619AF" w:rsidR="007730F0" w:rsidRDefault="00841F63">
      <w:pPr>
        <w:pStyle w:val="Heading1"/>
      </w:pPr>
      <w:r>
        <w:t>Week 3</w:t>
      </w:r>
      <w:r>
        <w:br/>
        <w:t>(Oct 1</w:t>
      </w:r>
      <w:r w:rsidR="0067355D">
        <w:t>0/11</w:t>
      </w:r>
      <w:r>
        <w:t>)</w:t>
      </w:r>
    </w:p>
    <w:p w14:paraId="3746B2CC" w14:textId="0E5C427F" w:rsidR="007730F0" w:rsidRDefault="00841F63">
      <w:pPr>
        <w:pStyle w:val="IntenseQuote"/>
      </w:pPr>
      <w:r>
        <w:t>Focus: Begin Community Outreach</w:t>
      </w:r>
      <w:r w:rsidR="0067355D">
        <w:t xml:space="preserve"> through ministry work</w:t>
      </w:r>
    </w:p>
    <w:p w14:paraId="2E4618DF" w14:textId="77777777" w:rsidR="007730F0" w:rsidRDefault="00841F63">
      <w:pPr>
        <w:pStyle w:val="ListBullet"/>
      </w:pPr>
      <w:r>
        <w:t>• Include Prayers of the Faithful</w:t>
      </w:r>
    </w:p>
    <w:p w14:paraId="5234F7E8" w14:textId="53CA1F69" w:rsidR="007730F0" w:rsidRDefault="00841F63">
      <w:pPr>
        <w:pStyle w:val="ListBullet"/>
      </w:pPr>
      <w:r>
        <w:t xml:space="preserve">• Bulletin </w:t>
      </w:r>
      <w:proofErr w:type="gramStart"/>
      <w:r>
        <w:t>insert</w:t>
      </w:r>
      <w:proofErr w:type="gramEnd"/>
      <w:r w:rsidR="008904EF">
        <w:t xml:space="preserve"> </w:t>
      </w:r>
      <w:r w:rsidR="0040217B">
        <w:t xml:space="preserve"> </w:t>
      </w:r>
    </w:p>
    <w:p w14:paraId="55175167" w14:textId="77777777" w:rsidR="007730F0" w:rsidRDefault="00841F63">
      <w:pPr>
        <w:pStyle w:val="ListBullet"/>
      </w:pPr>
      <w:r>
        <w:t>• Continue table presence</w:t>
      </w:r>
    </w:p>
    <w:p w14:paraId="7A9AB940" w14:textId="309D3318" w:rsidR="007730F0" w:rsidRDefault="00841F63">
      <w:pPr>
        <w:pStyle w:val="ListBullet"/>
      </w:pPr>
      <w:r>
        <w:t xml:space="preserve">• </w:t>
      </w:r>
      <w:r w:rsidR="0067355D">
        <w:t>talk about the ministries</w:t>
      </w:r>
      <w:r w:rsidR="00FD3D1F">
        <w:t xml:space="preserve"> (material online)</w:t>
      </w:r>
    </w:p>
    <w:p w14:paraId="1CC1CE7A" w14:textId="42508054" w:rsidR="007730F0" w:rsidRDefault="00841F63">
      <w:pPr>
        <w:pStyle w:val="ListBullet"/>
      </w:pPr>
      <w:r>
        <w:lastRenderedPageBreak/>
        <w:t xml:space="preserve">• </w:t>
      </w:r>
      <w:r w:rsidR="0067355D">
        <w:t>new donors are not on our list, once they donate they will be added</w:t>
      </w:r>
    </w:p>
    <w:p w14:paraId="521AEC78" w14:textId="77777777" w:rsidR="007730F0" w:rsidRDefault="00841F63">
      <w:pPr>
        <w:pStyle w:val="ListBullet"/>
      </w:pPr>
      <w:r>
        <w:t>• Notify Foundation of any updates (e.g. deceased)</w:t>
      </w:r>
    </w:p>
    <w:p w14:paraId="6DEEA2BD" w14:textId="0A17A067" w:rsidR="007730F0" w:rsidRDefault="00841F63">
      <w:pPr>
        <w:pStyle w:val="Heading1"/>
      </w:pPr>
      <w:r>
        <w:t>Week 4</w:t>
      </w:r>
      <w:r>
        <w:br/>
        <w:t>(Oct 1</w:t>
      </w:r>
      <w:r w:rsidR="0067355D">
        <w:t>7/18</w:t>
      </w:r>
      <w:r>
        <w:t>)</w:t>
      </w:r>
    </w:p>
    <w:p w14:paraId="76E6231E" w14:textId="77777777" w:rsidR="007730F0" w:rsidRDefault="00841F63">
      <w:pPr>
        <w:pStyle w:val="IntenseQuote"/>
      </w:pPr>
      <w:r>
        <w:t>Focus: Ongoing Witness</w:t>
      </w:r>
    </w:p>
    <w:p w14:paraId="75DE3CD7" w14:textId="77777777" w:rsidR="007730F0" w:rsidRDefault="00841F63">
      <w:pPr>
        <w:pStyle w:val="ListBullet"/>
      </w:pPr>
      <w:r>
        <w:t>• Include Prayers of the Faithful</w:t>
      </w:r>
    </w:p>
    <w:p w14:paraId="69D1098D" w14:textId="2B1B818E" w:rsidR="007730F0" w:rsidRDefault="00841F63">
      <w:pPr>
        <w:pStyle w:val="ListBullet"/>
      </w:pPr>
      <w:r>
        <w:t xml:space="preserve">• Bulletin </w:t>
      </w:r>
      <w:proofErr w:type="gramStart"/>
      <w:r>
        <w:t>insert</w:t>
      </w:r>
      <w:proofErr w:type="gramEnd"/>
      <w:r>
        <w:t xml:space="preserve"> </w:t>
      </w:r>
    </w:p>
    <w:p w14:paraId="13685365" w14:textId="77777777" w:rsidR="007730F0" w:rsidRDefault="00841F63">
      <w:pPr>
        <w:pStyle w:val="ListBullet"/>
      </w:pPr>
      <w:r>
        <w:t>• Maintain BAA table</w:t>
      </w:r>
    </w:p>
    <w:p w14:paraId="2454161F" w14:textId="77777777" w:rsidR="007730F0" w:rsidRDefault="00841F63">
      <w:pPr>
        <w:pStyle w:val="ListBullet"/>
      </w:pPr>
      <w:r>
        <w:t>• Optional: Invite a ministry speaker</w:t>
      </w:r>
    </w:p>
    <w:p w14:paraId="48E1613A" w14:textId="54410673" w:rsidR="007730F0" w:rsidRDefault="00841F63">
      <w:pPr>
        <w:pStyle w:val="Heading1"/>
      </w:pPr>
      <w:r>
        <w:t>Week 5</w:t>
      </w:r>
      <w:r>
        <w:br/>
        <w:t xml:space="preserve">(Oct </w:t>
      </w:r>
      <w:r w:rsidR="0067355D">
        <w:t>24/25</w:t>
      </w:r>
      <w:r>
        <w:t>)</w:t>
      </w:r>
    </w:p>
    <w:p w14:paraId="095BD03B" w14:textId="77777777" w:rsidR="007730F0" w:rsidRDefault="00841F63">
      <w:pPr>
        <w:pStyle w:val="IntenseQuote"/>
      </w:pPr>
      <w:r>
        <w:t>Focus: Deepen the Invitation</w:t>
      </w:r>
    </w:p>
    <w:p w14:paraId="225018F7" w14:textId="77777777" w:rsidR="007730F0" w:rsidRDefault="00841F63">
      <w:pPr>
        <w:pStyle w:val="ListBullet"/>
      </w:pPr>
      <w:r>
        <w:t>• Include Prayers of the Faithful</w:t>
      </w:r>
    </w:p>
    <w:p w14:paraId="75DA71AD" w14:textId="5C9831AA" w:rsidR="007730F0" w:rsidRDefault="00841F63">
      <w:pPr>
        <w:pStyle w:val="ListBullet"/>
      </w:pPr>
      <w:r>
        <w:t xml:space="preserve">• Bulletin insert </w:t>
      </w:r>
      <w:bookmarkStart w:id="0" w:name="_GoBack"/>
      <w:bookmarkEnd w:id="0"/>
    </w:p>
    <w:p w14:paraId="5847F1A8" w14:textId="77777777" w:rsidR="007730F0" w:rsidRDefault="00841F63">
      <w:pPr>
        <w:pStyle w:val="ListBullet"/>
      </w:pPr>
      <w:r>
        <w:t>• Continue table presence</w:t>
      </w:r>
    </w:p>
    <w:p w14:paraId="5B0EA4F4" w14:textId="77777777" w:rsidR="007730F0" w:rsidRDefault="00841F63">
      <w:pPr>
        <w:pStyle w:val="ListBullet"/>
      </w:pPr>
      <w:r>
        <w:t>• Optional: Invite a ministry speaker</w:t>
      </w:r>
    </w:p>
    <w:p w14:paraId="5BDB0632" w14:textId="622C1AD9" w:rsidR="007730F0" w:rsidRDefault="00841F63">
      <w:pPr>
        <w:pStyle w:val="ListBullet"/>
      </w:pPr>
      <w:r>
        <w:t xml:space="preserve">• </w:t>
      </w:r>
      <w:r w:rsidR="0067355D">
        <w:t xml:space="preserve">another email </w:t>
      </w:r>
      <w:proofErr w:type="gramStart"/>
      <w:r w:rsidR="0067355D">
        <w:t>blast</w:t>
      </w:r>
      <w:proofErr w:type="gramEnd"/>
    </w:p>
    <w:p w14:paraId="7C899908" w14:textId="3D27C78D" w:rsidR="007730F0" w:rsidRDefault="00841F63">
      <w:pPr>
        <w:pStyle w:val="Heading1"/>
      </w:pPr>
      <w:r>
        <w:t>Week 6</w:t>
      </w:r>
      <w:r>
        <w:br/>
        <w:t>(</w:t>
      </w:r>
      <w:r w:rsidR="0067355D">
        <w:t>Oct.21/Nov.1</w:t>
      </w:r>
      <w:r>
        <w:t>)</w:t>
      </w:r>
    </w:p>
    <w:p w14:paraId="45C0C530" w14:textId="77777777" w:rsidR="007730F0" w:rsidRDefault="00841F63">
      <w:pPr>
        <w:pStyle w:val="IntenseQuote"/>
      </w:pPr>
      <w:r>
        <w:t>Focus: Sustain Momentum</w:t>
      </w:r>
    </w:p>
    <w:p w14:paraId="0F5990E4" w14:textId="77777777" w:rsidR="007730F0" w:rsidRDefault="00841F63">
      <w:pPr>
        <w:pStyle w:val="ListBullet"/>
      </w:pPr>
      <w:r>
        <w:t>• Include Prayers of the Faithful</w:t>
      </w:r>
    </w:p>
    <w:p w14:paraId="7A18351E" w14:textId="1063150D" w:rsidR="007730F0" w:rsidRDefault="00841F63">
      <w:pPr>
        <w:pStyle w:val="ListBullet"/>
      </w:pPr>
      <w:r>
        <w:t xml:space="preserve">• Bulletin </w:t>
      </w:r>
      <w:proofErr w:type="gramStart"/>
      <w:r>
        <w:t>insert</w:t>
      </w:r>
      <w:proofErr w:type="gramEnd"/>
      <w:r>
        <w:t xml:space="preserve"> </w:t>
      </w:r>
    </w:p>
    <w:p w14:paraId="0DBACC3E" w14:textId="77777777" w:rsidR="007730F0" w:rsidRDefault="00841F63">
      <w:pPr>
        <w:pStyle w:val="ListBullet"/>
      </w:pPr>
      <w:r>
        <w:t>• Maintain table resources</w:t>
      </w:r>
    </w:p>
    <w:p w14:paraId="523A223E" w14:textId="54D86080" w:rsidR="007730F0" w:rsidRDefault="00841F63">
      <w:pPr>
        <w:pStyle w:val="ListBullet"/>
      </w:pPr>
      <w:r>
        <w:t xml:space="preserve">• Optional: </w:t>
      </w:r>
      <w:r w:rsidR="0067355D">
        <w:t>video/ testimonials from resource page</w:t>
      </w:r>
    </w:p>
    <w:p w14:paraId="1B407573" w14:textId="247D071C" w:rsidR="007730F0" w:rsidRDefault="00841F63">
      <w:pPr>
        <w:pStyle w:val="ListBullet"/>
      </w:pPr>
      <w:r>
        <w:t xml:space="preserve">• </w:t>
      </w:r>
      <w:r w:rsidR="0067355D">
        <w:t xml:space="preserve">email us to notify us that you have completed your </w:t>
      </w:r>
      <w:proofErr w:type="gramStart"/>
      <w:r w:rsidR="0067355D">
        <w:t>6 week</w:t>
      </w:r>
      <w:proofErr w:type="gramEnd"/>
      <w:r w:rsidR="0067355D">
        <w:t xml:space="preserve"> rollout and we will send you a gift to assist with your celebration of thanks.</w:t>
      </w:r>
    </w:p>
    <w:p w14:paraId="12E676DA" w14:textId="77777777" w:rsidR="007730F0" w:rsidRDefault="00841F63">
      <w:pPr>
        <w:pStyle w:val="Heading1"/>
      </w:pPr>
      <w:r>
        <w:t>Week 7</w:t>
      </w:r>
      <w:r>
        <w:br/>
        <w:t>(Nov 9/10)</w:t>
      </w:r>
    </w:p>
    <w:p w14:paraId="2E6A33E8" w14:textId="77777777" w:rsidR="007730F0" w:rsidRDefault="00841F63">
      <w:pPr>
        <w:pStyle w:val="IntenseQuote"/>
      </w:pPr>
      <w:r>
        <w:t>Focus: Gratitude and Celebration</w:t>
      </w:r>
    </w:p>
    <w:p w14:paraId="3B56134A" w14:textId="77777777" w:rsidR="007730F0" w:rsidRDefault="00841F63">
      <w:pPr>
        <w:pStyle w:val="ListBullet"/>
      </w:pPr>
      <w:r>
        <w:t>• Read Bishop’s Thank You letter</w:t>
      </w:r>
    </w:p>
    <w:p w14:paraId="702EC6B6" w14:textId="77777777" w:rsidR="007730F0" w:rsidRDefault="00841F63">
      <w:pPr>
        <w:pStyle w:val="ListBullet"/>
      </w:pPr>
      <w:r>
        <w:t>• Announce total collected</w:t>
      </w:r>
    </w:p>
    <w:p w14:paraId="4D8A233C" w14:textId="77777777" w:rsidR="007730F0" w:rsidRDefault="00841F63">
      <w:pPr>
        <w:pStyle w:val="ListBullet"/>
      </w:pPr>
      <w:r>
        <w:t>• Include final Prayers of the Faithful</w:t>
      </w:r>
    </w:p>
    <w:p w14:paraId="47769D06" w14:textId="3A1F4384" w:rsidR="007730F0" w:rsidRDefault="00841F63">
      <w:pPr>
        <w:pStyle w:val="ListBullet"/>
      </w:pPr>
      <w:r>
        <w:t>• Thank parishioners for support</w:t>
      </w:r>
    </w:p>
    <w:p w14:paraId="5C6DE9E1" w14:textId="48BFC03A" w:rsidR="0067355D" w:rsidRDefault="0067355D">
      <w:pPr>
        <w:pStyle w:val="ListBullet"/>
      </w:pPr>
      <w:r>
        <w:t>Email a thank you to all donors</w:t>
      </w:r>
    </w:p>
    <w:sectPr w:rsidR="0067355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zMDQ0MbAwNLM0MDVS0lEKTi0uzszPAykwrgUAn6hhAywAAAA="/>
  </w:docVars>
  <w:rsids>
    <w:rsidRoot w:val="00B47730"/>
    <w:rsid w:val="00034616"/>
    <w:rsid w:val="0006063C"/>
    <w:rsid w:val="0015074B"/>
    <w:rsid w:val="0029639D"/>
    <w:rsid w:val="00326F90"/>
    <w:rsid w:val="0040217B"/>
    <w:rsid w:val="00543A99"/>
    <w:rsid w:val="0067355D"/>
    <w:rsid w:val="007730F0"/>
    <w:rsid w:val="00841F63"/>
    <w:rsid w:val="008904EF"/>
    <w:rsid w:val="00AA1D8D"/>
    <w:rsid w:val="00B47730"/>
    <w:rsid w:val="00B66431"/>
    <w:rsid w:val="00CB0664"/>
    <w:rsid w:val="00FC693F"/>
    <w:rsid w:val="00FD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8283B8"/>
  <w14:defaultImageDpi w14:val="300"/>
  <w15:docId w15:val="{C19579BB-FCB0-4A61-843F-659EEB42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04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0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dscf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f67664-90ca-4d04-b785-1e968caee3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2C596A1B67B4FA451619709FC9B8F" ma:contentTypeVersion="18" ma:contentTypeDescription="Create a new document." ma:contentTypeScope="" ma:versionID="d27cd1add10ebb5dbec5dadca316d9a2">
  <xsd:schema xmlns:xsd="http://www.w3.org/2001/XMLSchema" xmlns:xs="http://www.w3.org/2001/XMLSchema" xmlns:p="http://schemas.microsoft.com/office/2006/metadata/properties" xmlns:ns3="47f67664-90ca-4d04-b785-1e968caee30a" xmlns:ns4="6a72473b-2639-4de1-8a96-85a4769c7d3e" targetNamespace="http://schemas.microsoft.com/office/2006/metadata/properties" ma:root="true" ma:fieldsID="6db7b0eaf01abe5e342cba4b1e77348d" ns3:_="" ns4:_="">
    <xsd:import namespace="47f67664-90ca-4d04-b785-1e968caee30a"/>
    <xsd:import namespace="6a72473b-2639-4de1-8a96-85a4769c7d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67664-90ca-4d04-b785-1e968caee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2473b-2639-4de1-8a96-85a4769c7d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4E9F05-DFAC-4F24-ADD2-3A34A2F0FF4B}">
  <ds:schemaRefs>
    <ds:schemaRef ds:uri="http://schemas.microsoft.com/office/2006/metadata/properties"/>
    <ds:schemaRef ds:uri="http://schemas.microsoft.com/office/infopath/2007/PartnerControls"/>
    <ds:schemaRef ds:uri="47f67664-90ca-4d04-b785-1e968caee30a"/>
  </ds:schemaRefs>
</ds:datastoreItem>
</file>

<file path=customXml/itemProps2.xml><?xml version="1.0" encoding="utf-8"?>
<ds:datastoreItem xmlns:ds="http://schemas.openxmlformats.org/officeDocument/2006/customXml" ds:itemID="{42DF8EFC-80C0-44A2-A7D9-1FC231D73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67664-90ca-4d04-b785-1e968caee30a"/>
    <ds:schemaRef ds:uri="6a72473b-2639-4de1-8a96-85a4769c7d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0FAB89-C82F-44E0-9521-FC6B9B2D4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B8C5DA-2A17-434E-B3CD-3E3F82C9E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Week 1 (Sept 27)</vt:lpstr>
      <vt:lpstr>Week 2 (Oct 3/4)</vt:lpstr>
      <vt:lpstr>Week 3 (Oct 10/11)</vt:lpstr>
      <vt:lpstr>Week 4 (Oct 17/18)</vt:lpstr>
      <vt:lpstr>Week 5 (Oct 24/25)</vt:lpstr>
      <vt:lpstr>Week 6 (Oct.21/Nov.1)</vt:lpstr>
      <vt:lpstr>Week 7 (Nov 9/10)</vt:lpstr>
    </vt:vector>
  </TitlesOfParts>
  <Manager/>
  <Company/>
  <LinksUpToDate>false</LinksUpToDate>
  <CharactersWithSpaces>1989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Raissa Bugyi</dc:creator>
  <cp:keywords/>
  <dc:description>generated by python-docx</dc:description>
  <cp:lastModifiedBy>Raissa Bugyi</cp:lastModifiedBy>
  <cp:revision>3</cp:revision>
  <cp:lastPrinted>2025-07-22T18:05:00Z</cp:lastPrinted>
  <dcterms:created xsi:type="dcterms:W3CDTF">2026-09-09T22:12:00Z</dcterms:created>
  <dcterms:modified xsi:type="dcterms:W3CDTF">2026-09-11T17:49:00Z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0x010100C212C596A1B67B4FA451619709FC9B8F</vt:lpwstr>
  </property>
</Properties>
</file>